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דף תרגול למסלול –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תמרורים, בטיחות בדרכים ושיח על ערכים – מותאם לתיכון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https://tamrurei-siach.sites.tab.bot/track-t-o.html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נותנים לאחרים לעבור קודם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עוצרים עצירה מלאה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כאן הולכים ברגל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נוסעים סביב הכיכר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הדרך נגמרת 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חובה להמשיך ישר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קסדה חובה בכל גיל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אסור לרכוב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דף תרגול למסלול – תיכון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· дорога · መንገድ · شارع · route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sidewalk · тротуар · የእግረኛ መንገድ · رصيف · trottoir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crosswalk · пешеходный переход · የእግረኛ መሻገሪያ · ممر مشاة · passage piéton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traffic light · светофор · የትራፊክ መብራት · إشارة ضوئية · feu de circulation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sign · дорожный знак · የትራፊክ ምልክት · شاخصة مرور · panneau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stop · стоп · ቁም · قف · stop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⛑️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helmet · шлем · የራስ ቁር · خوذة · casque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seatbelt · ремень безопасности · የደህንነት ቀበቶ · حزام الأمان · ceinture de sécurité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🚲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bicycle · велосипед · ብስክሌት · دراجة هوائية · vélo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קורקינט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scooter · самокат · ስኩተር · سكوتر · trottinette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zon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undabou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4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1. תן זכות קדימה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עוצרים עצירה מלאה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2. עצור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כאן הולכים ברגל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3. דרך להולכי רגל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נוסעים סביב הכיכר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4. כיכר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נותנים לאחרים לעבור קודם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חידון קצר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ad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הדרך נגמרת כאן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בעלי חיים עלולים לחצות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כאן לא מעמידים רכב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hea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הכביש חלק – מאטים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ילדים במושב מתאים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חובה להמשיך ישר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אופניים חשמליים קסדה היא חובה רק למבוגרים.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רוכבים עם פנס לבן מקדימה ופנס אדום מאחור.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לרכוב על אופניים חשמליים על המדרכה.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והתמרור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מתי כדאי לוותר?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או ציירו: איך אני שומר או שומרת על עצמי בדרך?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למסלול – תיכון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